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493F5" w14:textId="77777777" w:rsidR="009C439F" w:rsidRPr="00092FB3" w:rsidRDefault="0003183C">
      <w:pPr>
        <w:jc w:val="right"/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Załącznik nr 1 do Zaproszenia</w:t>
      </w:r>
    </w:p>
    <w:p w14:paraId="395D1943" w14:textId="77777777" w:rsidR="009C439F" w:rsidRPr="00092FB3" w:rsidRDefault="0003183C">
      <w:pPr>
        <w:jc w:val="center"/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  <w:b/>
        </w:rPr>
        <w:t>FORMULARZ OFERTOWY</w:t>
      </w:r>
    </w:p>
    <w:p w14:paraId="439EF176" w14:textId="77777777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Nazwa i adres Wykonawcy:</w:t>
      </w:r>
    </w:p>
    <w:p w14:paraId="43A218B4" w14:textId="6B20D45B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3C9A8D41" w14:textId="657F9FD7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1029C49E" w14:textId="74B86240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tel. …………………………………………. e-mail ……………………………………………</w:t>
      </w:r>
      <w:r w:rsidR="00092FB3">
        <w:rPr>
          <w:rFonts w:ascii="Times New Roman" w:hAnsi="Times New Roman" w:cs="Times New Roman"/>
        </w:rPr>
        <w:t>.</w:t>
      </w:r>
    </w:p>
    <w:p w14:paraId="2D68983F" w14:textId="77777777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NIP …………………………………………. REGON ………………………………………….</w:t>
      </w:r>
    </w:p>
    <w:p w14:paraId="20A5813B" w14:textId="77777777" w:rsidR="009C439F" w:rsidRPr="00092FB3" w:rsidRDefault="0003183C" w:rsidP="00092FB3">
      <w:pPr>
        <w:jc w:val="both"/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Przystępując do postępowania prowadzonego przez Ministerstwo Rodziny, Pracy i Polityki Społecznej, którego przedmiotem jest sporządzenie świadectw charakterystyki energetycznej dla budynków Ministerstwa Rodziny, Pracy i Polityki Społecznej, zobowiązuję się do zrealizowania zamówienia zgodnie z warunkami opisanymi w zaproszeniu ofertowym.</w:t>
      </w:r>
    </w:p>
    <w:p w14:paraId="085B6DD5" w14:textId="77777777" w:rsidR="009C439F" w:rsidRPr="00092FB3" w:rsidRDefault="0003183C" w:rsidP="00092FB3">
      <w:pPr>
        <w:jc w:val="both"/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1. Oferuję wykonanie zamówienia w terminie 45 dni od dnia podpisania umowy.</w:t>
      </w:r>
    </w:p>
    <w:p w14:paraId="36913D1A" w14:textId="77777777" w:rsidR="009C439F" w:rsidRPr="00092FB3" w:rsidRDefault="0003183C" w:rsidP="00092FB3">
      <w:pPr>
        <w:jc w:val="both"/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2. Oferuję wykonanie przedmiotu zamówienia za następujące wynagrodzenie: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464"/>
        <w:gridCol w:w="1726"/>
        <w:gridCol w:w="1726"/>
        <w:gridCol w:w="1726"/>
      </w:tblGrid>
      <w:tr w:rsidR="009C439F" w:rsidRPr="00092FB3" w14:paraId="1F69B18A" w14:textId="77777777" w:rsidTr="00092FB3">
        <w:tc>
          <w:tcPr>
            <w:tcW w:w="988" w:type="dxa"/>
          </w:tcPr>
          <w:p w14:paraId="7CE1D52D" w14:textId="77777777" w:rsidR="009C439F" w:rsidRPr="00092FB3" w:rsidRDefault="0003183C" w:rsidP="00092FB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2FB3">
              <w:rPr>
                <w:rFonts w:ascii="Times New Roman" w:hAnsi="Times New Roman" w:cs="Times New Roman"/>
                <w:b/>
              </w:rPr>
              <w:t>Lp</w:t>
            </w:r>
            <w:proofErr w:type="spellEnd"/>
            <w:r w:rsidRPr="00092FB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464" w:type="dxa"/>
          </w:tcPr>
          <w:p w14:paraId="7EBC0B2A" w14:textId="77777777" w:rsidR="009C439F" w:rsidRPr="00092FB3" w:rsidRDefault="0003183C" w:rsidP="00092FB3">
            <w:pPr>
              <w:jc w:val="center"/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  <w:b/>
              </w:rPr>
              <w:t>Obiekt</w:t>
            </w:r>
          </w:p>
        </w:tc>
        <w:tc>
          <w:tcPr>
            <w:tcW w:w="1726" w:type="dxa"/>
          </w:tcPr>
          <w:p w14:paraId="0F055926" w14:textId="77777777" w:rsidR="009C439F" w:rsidRPr="00092FB3" w:rsidRDefault="0003183C" w:rsidP="00092FB3">
            <w:pPr>
              <w:jc w:val="center"/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  <w:b/>
              </w:rPr>
              <w:t>Cena netto [zł]</w:t>
            </w:r>
          </w:p>
        </w:tc>
        <w:tc>
          <w:tcPr>
            <w:tcW w:w="1726" w:type="dxa"/>
          </w:tcPr>
          <w:p w14:paraId="5B39C944" w14:textId="77777777" w:rsidR="009C439F" w:rsidRPr="00092FB3" w:rsidRDefault="0003183C" w:rsidP="00092FB3">
            <w:pPr>
              <w:jc w:val="center"/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  <w:b/>
              </w:rPr>
              <w:t>VAT [zł]</w:t>
            </w:r>
          </w:p>
        </w:tc>
        <w:tc>
          <w:tcPr>
            <w:tcW w:w="1726" w:type="dxa"/>
          </w:tcPr>
          <w:p w14:paraId="52EB13F6" w14:textId="77777777" w:rsidR="009C439F" w:rsidRPr="00092FB3" w:rsidRDefault="0003183C" w:rsidP="00092FB3">
            <w:pPr>
              <w:jc w:val="center"/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  <w:b/>
              </w:rPr>
              <w:t>Cena brutto [zł]</w:t>
            </w:r>
          </w:p>
        </w:tc>
      </w:tr>
      <w:tr w:rsidR="009C439F" w:rsidRPr="00092FB3" w14:paraId="2C302D75" w14:textId="77777777" w:rsidTr="00092FB3">
        <w:tc>
          <w:tcPr>
            <w:tcW w:w="988" w:type="dxa"/>
          </w:tcPr>
          <w:p w14:paraId="42B8C8FD" w14:textId="7A2A5EA6" w:rsidR="009C439F" w:rsidRPr="00092FB3" w:rsidRDefault="00D02A8B" w:rsidP="00092F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4" w:type="dxa"/>
          </w:tcPr>
          <w:p w14:paraId="46037377" w14:textId="77777777" w:rsidR="009C439F" w:rsidRPr="00092FB3" w:rsidRDefault="0003183C">
            <w:pPr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</w:rPr>
              <w:t>Żurawia 4A</w:t>
            </w:r>
          </w:p>
        </w:tc>
        <w:tc>
          <w:tcPr>
            <w:tcW w:w="1726" w:type="dxa"/>
          </w:tcPr>
          <w:p w14:paraId="0D71891B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57A5815C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03609B3D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</w:tr>
      <w:tr w:rsidR="009C439F" w:rsidRPr="00092FB3" w14:paraId="52FA8C38" w14:textId="77777777" w:rsidTr="00092FB3">
        <w:tc>
          <w:tcPr>
            <w:tcW w:w="988" w:type="dxa"/>
          </w:tcPr>
          <w:p w14:paraId="4F4CA11E" w14:textId="68658215" w:rsidR="009C439F" w:rsidRPr="00092FB3" w:rsidRDefault="00D02A8B" w:rsidP="00092F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4" w:type="dxa"/>
          </w:tcPr>
          <w:p w14:paraId="49CDDDE8" w14:textId="77777777" w:rsidR="009C439F" w:rsidRPr="00092FB3" w:rsidRDefault="0003183C">
            <w:pPr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</w:rPr>
              <w:t>Bracka 4 – klatka I</w:t>
            </w:r>
          </w:p>
        </w:tc>
        <w:tc>
          <w:tcPr>
            <w:tcW w:w="1726" w:type="dxa"/>
          </w:tcPr>
          <w:p w14:paraId="79C6D73B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5C3BFD59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04733666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</w:tr>
      <w:tr w:rsidR="009C439F" w:rsidRPr="00092FB3" w14:paraId="4EB06872" w14:textId="77777777" w:rsidTr="00092FB3">
        <w:tc>
          <w:tcPr>
            <w:tcW w:w="988" w:type="dxa"/>
          </w:tcPr>
          <w:p w14:paraId="097CCE41" w14:textId="398BFEB4" w:rsidR="009C439F" w:rsidRPr="00092FB3" w:rsidRDefault="00D02A8B" w:rsidP="00092F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4" w:type="dxa"/>
          </w:tcPr>
          <w:p w14:paraId="14014093" w14:textId="77777777" w:rsidR="009C439F" w:rsidRPr="00092FB3" w:rsidRDefault="0003183C">
            <w:pPr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</w:rPr>
              <w:t>Bolesława Limanowskiego 23</w:t>
            </w:r>
          </w:p>
        </w:tc>
        <w:tc>
          <w:tcPr>
            <w:tcW w:w="1726" w:type="dxa"/>
          </w:tcPr>
          <w:p w14:paraId="0F16FA48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7F8C5C71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46C35569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</w:tr>
      <w:tr w:rsidR="009C439F" w:rsidRPr="00092FB3" w14:paraId="16EDC8E5" w14:textId="77777777" w:rsidTr="00092FB3">
        <w:tc>
          <w:tcPr>
            <w:tcW w:w="988" w:type="dxa"/>
          </w:tcPr>
          <w:p w14:paraId="60A3CC4E" w14:textId="6A2242B4" w:rsidR="009C439F" w:rsidRPr="00092FB3" w:rsidRDefault="00D02A8B" w:rsidP="00092F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64" w:type="dxa"/>
          </w:tcPr>
          <w:p w14:paraId="06E1C5F3" w14:textId="77777777" w:rsidR="009C439F" w:rsidRPr="00092FB3" w:rsidRDefault="0003183C">
            <w:pPr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</w:rPr>
              <w:t>Tamka 1</w:t>
            </w:r>
          </w:p>
        </w:tc>
        <w:tc>
          <w:tcPr>
            <w:tcW w:w="1726" w:type="dxa"/>
          </w:tcPr>
          <w:p w14:paraId="1E73A730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55E1A0D9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4BE47874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</w:tr>
      <w:tr w:rsidR="009C439F" w:rsidRPr="00092FB3" w14:paraId="33B0DA39" w14:textId="77777777" w:rsidTr="00092FB3">
        <w:tc>
          <w:tcPr>
            <w:tcW w:w="3452" w:type="dxa"/>
            <w:gridSpan w:val="2"/>
          </w:tcPr>
          <w:p w14:paraId="3B40A8FF" w14:textId="77777777" w:rsidR="009C439F" w:rsidRPr="00092FB3" w:rsidRDefault="0003183C">
            <w:pPr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</w:rPr>
              <w:t>RAZEM:</w:t>
            </w:r>
          </w:p>
        </w:tc>
        <w:tc>
          <w:tcPr>
            <w:tcW w:w="1726" w:type="dxa"/>
          </w:tcPr>
          <w:p w14:paraId="3AA01421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2A31197F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14:paraId="38ABD901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</w:tr>
    </w:tbl>
    <w:p w14:paraId="1612251F" w14:textId="77777777" w:rsidR="00237580" w:rsidRPr="00092FB3" w:rsidRDefault="00237580">
      <w:pPr>
        <w:rPr>
          <w:rFonts w:ascii="Times New Roman" w:hAnsi="Times New Roman" w:cs="Times New Roman"/>
          <w:bCs/>
        </w:rPr>
      </w:pPr>
    </w:p>
    <w:p w14:paraId="22B094E6" w14:textId="0A486332" w:rsidR="009C439F" w:rsidRPr="00092FB3" w:rsidRDefault="0003183C">
      <w:pPr>
        <w:rPr>
          <w:rFonts w:ascii="Times New Roman" w:hAnsi="Times New Roman" w:cs="Times New Roman"/>
          <w:bCs/>
        </w:rPr>
      </w:pPr>
      <w:r w:rsidRPr="00092FB3">
        <w:rPr>
          <w:rFonts w:ascii="Times New Roman" w:hAnsi="Times New Roman" w:cs="Times New Roman"/>
          <w:bCs/>
        </w:rPr>
        <w:t>3. Osoba/osoby wskazane do realizacji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3248"/>
      </w:tblGrid>
      <w:tr w:rsidR="009C439F" w:rsidRPr="00092FB3" w14:paraId="24C1E8C0" w14:textId="77777777" w:rsidTr="00092FB3">
        <w:tc>
          <w:tcPr>
            <w:tcW w:w="704" w:type="dxa"/>
          </w:tcPr>
          <w:p w14:paraId="6B4D0D60" w14:textId="77777777" w:rsidR="009C439F" w:rsidRPr="00092FB3" w:rsidRDefault="0003183C" w:rsidP="00092FB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2FB3">
              <w:rPr>
                <w:rFonts w:ascii="Times New Roman" w:hAnsi="Times New Roman" w:cs="Times New Roman"/>
                <w:b/>
              </w:rPr>
              <w:t>Lp</w:t>
            </w:r>
            <w:proofErr w:type="spellEnd"/>
            <w:r w:rsidRPr="00092FB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78" w:type="dxa"/>
          </w:tcPr>
          <w:p w14:paraId="06070334" w14:textId="77777777" w:rsidR="009C439F" w:rsidRPr="00092FB3" w:rsidRDefault="0003183C" w:rsidP="00092FB3">
            <w:pPr>
              <w:jc w:val="center"/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248" w:type="dxa"/>
          </w:tcPr>
          <w:p w14:paraId="5612A7F3" w14:textId="77777777" w:rsidR="009C439F" w:rsidRPr="00092FB3" w:rsidRDefault="0003183C" w:rsidP="00092FB3">
            <w:pPr>
              <w:jc w:val="center"/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  <w:b/>
              </w:rPr>
              <w:t>Numer wpisu do wykazu osób uprawnionych do sporządzania świadectw charakterystyki energetycznej</w:t>
            </w:r>
          </w:p>
        </w:tc>
      </w:tr>
      <w:tr w:rsidR="009C439F" w:rsidRPr="00092FB3" w14:paraId="393615D3" w14:textId="77777777" w:rsidTr="00092FB3">
        <w:tc>
          <w:tcPr>
            <w:tcW w:w="704" w:type="dxa"/>
          </w:tcPr>
          <w:p w14:paraId="3E0ACE90" w14:textId="77777777" w:rsidR="009C439F" w:rsidRPr="00092FB3" w:rsidRDefault="0003183C">
            <w:pPr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</w:tcPr>
          <w:p w14:paraId="3FA348B9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8" w:type="dxa"/>
          </w:tcPr>
          <w:p w14:paraId="7629B5F3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</w:tr>
      <w:tr w:rsidR="009C439F" w:rsidRPr="00092FB3" w14:paraId="5A59297A" w14:textId="77777777" w:rsidTr="00092FB3">
        <w:tc>
          <w:tcPr>
            <w:tcW w:w="704" w:type="dxa"/>
          </w:tcPr>
          <w:p w14:paraId="6AF024BA" w14:textId="77777777" w:rsidR="009C439F" w:rsidRPr="00092FB3" w:rsidRDefault="0003183C">
            <w:pPr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</w:tcPr>
          <w:p w14:paraId="19BDF50D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8" w:type="dxa"/>
          </w:tcPr>
          <w:p w14:paraId="276EA268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</w:tr>
      <w:tr w:rsidR="009C439F" w:rsidRPr="00092FB3" w14:paraId="1FAF7949" w14:textId="77777777" w:rsidTr="00092FB3">
        <w:tc>
          <w:tcPr>
            <w:tcW w:w="704" w:type="dxa"/>
          </w:tcPr>
          <w:p w14:paraId="299901EB" w14:textId="77777777" w:rsidR="009C439F" w:rsidRPr="00092FB3" w:rsidRDefault="0003183C">
            <w:pPr>
              <w:rPr>
                <w:rFonts w:ascii="Times New Roman" w:hAnsi="Times New Roman" w:cs="Times New Roman"/>
              </w:rPr>
            </w:pPr>
            <w:r w:rsidRPr="00092F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</w:tcPr>
          <w:p w14:paraId="6DEB4A9E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8" w:type="dxa"/>
          </w:tcPr>
          <w:p w14:paraId="769A7CB7" w14:textId="77777777" w:rsidR="009C439F" w:rsidRPr="00092FB3" w:rsidRDefault="009C439F">
            <w:pPr>
              <w:rPr>
                <w:rFonts w:ascii="Times New Roman" w:hAnsi="Times New Roman" w:cs="Times New Roman"/>
              </w:rPr>
            </w:pPr>
          </w:p>
        </w:tc>
      </w:tr>
    </w:tbl>
    <w:p w14:paraId="6FA669DF" w14:textId="77777777" w:rsidR="00092FB3" w:rsidRDefault="00092FB3">
      <w:pPr>
        <w:rPr>
          <w:rFonts w:ascii="Times New Roman" w:hAnsi="Times New Roman" w:cs="Times New Roman"/>
        </w:rPr>
      </w:pPr>
    </w:p>
    <w:p w14:paraId="29CCA24A" w14:textId="63FCADDA" w:rsidR="009C439F" w:rsidRPr="00092FB3" w:rsidRDefault="0003183C" w:rsidP="00092FB3">
      <w:pPr>
        <w:jc w:val="both"/>
        <w:rPr>
          <w:rFonts w:ascii="Times New Roman" w:hAnsi="Times New Roman" w:cs="Times New Roman"/>
        </w:rPr>
      </w:pPr>
      <w:proofErr w:type="spellStart"/>
      <w:r w:rsidRPr="00092FB3">
        <w:rPr>
          <w:rFonts w:ascii="Times New Roman" w:hAnsi="Times New Roman" w:cs="Times New Roman"/>
        </w:rPr>
        <w:t>Oświadczam</w:t>
      </w:r>
      <w:proofErr w:type="spellEnd"/>
      <w:r w:rsidRPr="00092FB3">
        <w:rPr>
          <w:rFonts w:ascii="Times New Roman" w:hAnsi="Times New Roman" w:cs="Times New Roman"/>
        </w:rPr>
        <w:t xml:space="preserve">, </w:t>
      </w:r>
      <w:proofErr w:type="spellStart"/>
      <w:r w:rsidRPr="00092FB3">
        <w:rPr>
          <w:rFonts w:ascii="Times New Roman" w:hAnsi="Times New Roman" w:cs="Times New Roman"/>
        </w:rPr>
        <w:t>że</w:t>
      </w:r>
      <w:proofErr w:type="spellEnd"/>
      <w:r w:rsidRPr="00092FB3">
        <w:rPr>
          <w:rFonts w:ascii="Times New Roman" w:hAnsi="Times New Roman" w:cs="Times New Roman"/>
        </w:rPr>
        <w:t xml:space="preserve"> </w:t>
      </w:r>
      <w:proofErr w:type="spellStart"/>
      <w:r w:rsidRPr="00092FB3">
        <w:rPr>
          <w:rFonts w:ascii="Times New Roman" w:hAnsi="Times New Roman" w:cs="Times New Roman"/>
        </w:rPr>
        <w:t>wskazana</w:t>
      </w:r>
      <w:proofErr w:type="spellEnd"/>
      <w:r w:rsidRPr="00092FB3">
        <w:rPr>
          <w:rFonts w:ascii="Times New Roman" w:hAnsi="Times New Roman" w:cs="Times New Roman"/>
        </w:rPr>
        <w:t xml:space="preserve">/e </w:t>
      </w:r>
      <w:proofErr w:type="spellStart"/>
      <w:r w:rsidRPr="00092FB3">
        <w:rPr>
          <w:rFonts w:ascii="Times New Roman" w:hAnsi="Times New Roman" w:cs="Times New Roman"/>
        </w:rPr>
        <w:t>powyżej</w:t>
      </w:r>
      <w:proofErr w:type="spellEnd"/>
      <w:r w:rsidRPr="00092FB3">
        <w:rPr>
          <w:rFonts w:ascii="Times New Roman" w:hAnsi="Times New Roman" w:cs="Times New Roman"/>
        </w:rPr>
        <w:t xml:space="preserve"> osoba/osoby spełnia/ją warunki udziału w postępowaniu określone w Zaproszeniu oraz posiada/ją uprawnienia wymagane do sporządzania świadectw charakterystyki energetycznej.</w:t>
      </w:r>
    </w:p>
    <w:p w14:paraId="2A7AB046" w14:textId="77777777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4. Oświadczam, że oferowana cena obejmuje wszystkie koszty związane z należytym wykonaniem przedmiotu zamówienia, w tym wszelkie należne podatki.</w:t>
      </w:r>
    </w:p>
    <w:p w14:paraId="598618C7" w14:textId="77777777" w:rsidR="00237580" w:rsidRPr="00092FB3" w:rsidRDefault="00237580">
      <w:pPr>
        <w:rPr>
          <w:rFonts w:ascii="Times New Roman" w:hAnsi="Times New Roman" w:cs="Times New Roman"/>
        </w:rPr>
      </w:pPr>
    </w:p>
    <w:p w14:paraId="3FC93A88" w14:textId="1EB49675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  <w:lang w:val="pl-PL"/>
        </w:rPr>
        <w:t>Miejscowość,</w:t>
      </w:r>
      <w:r w:rsidRPr="00092FB3">
        <w:rPr>
          <w:rFonts w:ascii="Times New Roman" w:hAnsi="Times New Roman" w:cs="Times New Roman"/>
        </w:rPr>
        <w:t xml:space="preserve"> data:</w:t>
      </w:r>
    </w:p>
    <w:p w14:paraId="25D749BA" w14:textId="77777777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..............................................................</w:t>
      </w:r>
    </w:p>
    <w:p w14:paraId="4F3421A3" w14:textId="77777777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Podpis i pieczęć Wykonawcy / osoby upoważnionej do reprezentowania Wykonawcy:</w:t>
      </w:r>
    </w:p>
    <w:p w14:paraId="1DFB457B" w14:textId="77777777" w:rsidR="009C439F" w:rsidRPr="00092FB3" w:rsidRDefault="0003183C">
      <w:pPr>
        <w:rPr>
          <w:rFonts w:ascii="Times New Roman" w:hAnsi="Times New Roman" w:cs="Times New Roman"/>
        </w:rPr>
      </w:pPr>
      <w:r w:rsidRPr="00092FB3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sectPr w:rsidR="009C439F" w:rsidRPr="00092FB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83C"/>
    <w:rsid w:val="00034616"/>
    <w:rsid w:val="0006063C"/>
    <w:rsid w:val="00092FB3"/>
    <w:rsid w:val="00100D40"/>
    <w:rsid w:val="0015074B"/>
    <w:rsid w:val="00175409"/>
    <w:rsid w:val="00237580"/>
    <w:rsid w:val="0029639D"/>
    <w:rsid w:val="003210D9"/>
    <w:rsid w:val="00326F90"/>
    <w:rsid w:val="0061428E"/>
    <w:rsid w:val="0090697E"/>
    <w:rsid w:val="009C439F"/>
    <w:rsid w:val="00AA1D8D"/>
    <w:rsid w:val="00B44700"/>
    <w:rsid w:val="00B47730"/>
    <w:rsid w:val="00C13AA9"/>
    <w:rsid w:val="00CB0664"/>
    <w:rsid w:val="00D02A8B"/>
    <w:rsid w:val="00E153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78508C"/>
  <w14:defaultImageDpi w14:val="300"/>
  <w15:docId w15:val="{E0DE6113-39A2-46AB-ADD0-053D6BD9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279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Renkiewicz Ewa</cp:lastModifiedBy>
  <cp:revision>4</cp:revision>
  <dcterms:created xsi:type="dcterms:W3CDTF">2026-09-30T06:54:00Z</dcterms:created>
  <dcterms:modified xsi:type="dcterms:W3CDTF">2026-10-09T08:21:00Z</dcterms:modified>
  <cp:category/>
</cp:coreProperties>
</file>