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3A3F" w14:textId="77777777" w:rsidR="001C251D" w:rsidRPr="00997493" w:rsidRDefault="000B5D9F" w:rsidP="00556D5C">
      <w:pPr>
        <w:spacing w:after="60"/>
        <w:ind w:left="142"/>
      </w:pPr>
      <w:r w:rsidRPr="00997493">
        <w:rPr>
          <w:b/>
          <w:sz w:val="16"/>
        </w:rPr>
        <w:t>UNIA EUROPEJSKA</w:t>
      </w: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"/>
        <w:gridCol w:w="265"/>
        <w:gridCol w:w="3868"/>
        <w:gridCol w:w="1702"/>
        <w:gridCol w:w="1376"/>
        <w:gridCol w:w="1871"/>
      </w:tblGrid>
      <w:tr w:rsidR="00997493" w:rsidRPr="00545F87" w14:paraId="1FB390A1" w14:textId="77777777" w:rsidTr="00556D5C">
        <w:trPr>
          <w:trHeight w:hRule="exact" w:val="340"/>
          <w:jc w:val="center"/>
        </w:trPr>
        <w:tc>
          <w:tcPr>
            <w:tcW w:w="175" w:type="pc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0DBE7875" w14:textId="477178A7" w:rsidR="00997493" w:rsidRPr="00545F87" w:rsidRDefault="00997493" w:rsidP="00997493">
            <w:pPr>
              <w:spacing w:line="240" w:lineRule="auto"/>
              <w:jc w:val="center"/>
              <w:rPr>
                <w:b/>
                <w:szCs w:val="14"/>
              </w:rPr>
            </w:pPr>
            <w:r w:rsidRPr="00545F87">
              <w:rPr>
                <w:b/>
                <w:szCs w:val="14"/>
              </w:rPr>
              <w:t>1</w:t>
            </w:r>
          </w:p>
        </w:tc>
        <w:tc>
          <w:tcPr>
            <w:tcW w:w="2196" w:type="pct"/>
            <w:gridSpan w:val="2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F1FD75A" w14:textId="6CB96791" w:rsidR="00997493" w:rsidRPr="00545F87" w:rsidRDefault="00997493" w:rsidP="00816F97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1. Importer</w:t>
            </w:r>
          </w:p>
        </w:tc>
        <w:tc>
          <w:tcPr>
            <w:tcW w:w="1635" w:type="pct"/>
            <w:gridSpan w:val="2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3957009" w14:textId="1F274E64" w:rsidR="00997493" w:rsidRPr="00545F87" w:rsidRDefault="00997493" w:rsidP="005E4119">
            <w:pPr>
              <w:spacing w:line="240" w:lineRule="auto"/>
              <w:rPr>
                <w:b/>
                <w:szCs w:val="14"/>
              </w:rPr>
            </w:pPr>
            <w:r w:rsidRPr="00545F87">
              <w:rPr>
                <w:b/>
                <w:sz w:val="18"/>
                <w:szCs w:val="18"/>
              </w:rPr>
              <w:t>POWIADOMIENIE O PRZYWOZIE</w:t>
            </w:r>
          </w:p>
        </w:tc>
        <w:tc>
          <w:tcPr>
            <w:tcW w:w="99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6F7E906" w14:textId="30FDBC54" w:rsidR="00997493" w:rsidRPr="00545F87" w:rsidRDefault="00997493" w:rsidP="001C4AAA">
            <w:pPr>
              <w:spacing w:line="240" w:lineRule="auto"/>
              <w:rPr>
                <w:b/>
                <w:szCs w:val="14"/>
              </w:rPr>
            </w:pPr>
            <w:r w:rsidRPr="00545F87">
              <w:rPr>
                <w:b/>
                <w:sz w:val="18"/>
                <w:szCs w:val="18"/>
              </w:rPr>
              <w:t>Nr</w:t>
            </w:r>
          </w:p>
        </w:tc>
      </w:tr>
      <w:tr w:rsidR="00997493" w:rsidRPr="00545F87" w14:paraId="25F3ACD2" w14:textId="77777777" w:rsidTr="00556D5C">
        <w:trPr>
          <w:trHeight w:hRule="exact" w:val="150"/>
          <w:jc w:val="center"/>
        </w:trPr>
        <w:tc>
          <w:tcPr>
            <w:tcW w:w="175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textDirection w:val="btLr"/>
            <w:vAlign w:val="center"/>
          </w:tcPr>
          <w:p w14:paraId="53FB29C6" w14:textId="77777777" w:rsidR="00997493" w:rsidRPr="00545F87" w:rsidRDefault="00997493">
            <w:pPr>
              <w:spacing w:line="240" w:lineRule="auto"/>
              <w:jc w:val="center"/>
              <w:rPr>
                <w:szCs w:val="14"/>
              </w:rPr>
            </w:pPr>
            <w:r w:rsidRPr="00545F87">
              <w:rPr>
                <w:b/>
                <w:sz w:val="18"/>
                <w:szCs w:val="18"/>
              </w:rPr>
              <w:t>ORYGINAŁ</w:t>
            </w:r>
          </w:p>
        </w:tc>
        <w:tc>
          <w:tcPr>
            <w:tcW w:w="2196" w:type="pct"/>
            <w:gridSpan w:val="2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F626743" w14:textId="55A66D3C" w:rsidR="00997493" w:rsidRPr="00545F87" w:rsidRDefault="00997493">
            <w:pPr>
              <w:spacing w:line="240" w:lineRule="auto"/>
              <w:rPr>
                <w:szCs w:val="14"/>
              </w:rPr>
            </w:pPr>
          </w:p>
        </w:tc>
        <w:tc>
          <w:tcPr>
            <w:tcW w:w="1635" w:type="pct"/>
            <w:gridSpan w:val="2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D20515A" w14:textId="469D648D" w:rsidR="00997493" w:rsidRPr="00545F87" w:rsidRDefault="00997493">
            <w:pPr>
              <w:spacing w:line="240" w:lineRule="auto"/>
              <w:rPr>
                <w:szCs w:val="14"/>
              </w:rPr>
            </w:pPr>
          </w:p>
        </w:tc>
        <w:tc>
          <w:tcPr>
            <w:tcW w:w="994" w:type="pct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BDDC5A3" w14:textId="436912A9" w:rsidR="00997493" w:rsidRPr="00545F87" w:rsidRDefault="00997493">
            <w:pPr>
              <w:spacing w:line="240" w:lineRule="auto"/>
              <w:rPr>
                <w:szCs w:val="14"/>
              </w:rPr>
            </w:pPr>
          </w:p>
        </w:tc>
      </w:tr>
      <w:tr w:rsidR="00997493" w:rsidRPr="00545F87" w14:paraId="4BCC74F3" w14:textId="77777777" w:rsidTr="00556D5C">
        <w:trPr>
          <w:trHeight w:hRule="exact" w:val="680"/>
          <w:jc w:val="center"/>
        </w:trPr>
        <w:tc>
          <w:tcPr>
            <w:tcW w:w="175" w:type="pct"/>
            <w:vMerge/>
          </w:tcPr>
          <w:p w14:paraId="1039CD62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/>
          </w:tcPr>
          <w:p w14:paraId="61449EE0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08FE838" w14:textId="77777777" w:rsidR="00997493" w:rsidRPr="00545F87" w:rsidRDefault="00997493">
            <w:pPr>
              <w:spacing w:line="240" w:lineRule="auto"/>
              <w:rPr>
                <w:szCs w:val="14"/>
              </w:rPr>
            </w:pPr>
            <w:r w:rsidRPr="00545F87">
              <w:rPr>
                <w:b/>
                <w:szCs w:val="14"/>
              </w:rPr>
              <w:t>Rozporządzenie Rady (WE) nr 338/97 oraz rozporządzenie</w:t>
            </w:r>
            <w:r w:rsidRPr="00545F87">
              <w:rPr>
                <w:b/>
                <w:szCs w:val="14"/>
              </w:rPr>
              <w:br/>
              <w:t>Komisji (WE) nr 865/2006 w sprawie ochrony gatunków dzikiej</w:t>
            </w:r>
            <w:r w:rsidRPr="00545F87">
              <w:rPr>
                <w:b/>
                <w:szCs w:val="14"/>
              </w:rPr>
              <w:br/>
              <w:t>fauny i flory w drodze regulacji handlu nimi</w:t>
            </w:r>
          </w:p>
        </w:tc>
      </w:tr>
      <w:tr w:rsidR="00997493" w:rsidRPr="00545F87" w14:paraId="41970013" w14:textId="77777777" w:rsidTr="00556D5C">
        <w:trPr>
          <w:trHeight w:hRule="exact" w:val="408"/>
          <w:jc w:val="center"/>
        </w:trPr>
        <w:tc>
          <w:tcPr>
            <w:tcW w:w="175" w:type="pct"/>
            <w:vMerge/>
          </w:tcPr>
          <w:p w14:paraId="7DAF687D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</w:tcPr>
          <w:p w14:paraId="702D83F4" w14:textId="77777777" w:rsidR="00997493" w:rsidRPr="00545F87" w:rsidRDefault="00997493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2. Państwo członkowskie przywozu</w:t>
            </w: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D2C2513" w14:textId="77777777" w:rsidR="00997493" w:rsidRPr="00545F87" w:rsidRDefault="00997493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3. Data przywozu</w:t>
            </w:r>
          </w:p>
        </w:tc>
      </w:tr>
      <w:tr w:rsidR="00997493" w:rsidRPr="00545F87" w14:paraId="7F872C82" w14:textId="77777777" w:rsidTr="00556D5C">
        <w:trPr>
          <w:trHeight w:hRule="exact" w:val="408"/>
          <w:jc w:val="center"/>
        </w:trPr>
        <w:tc>
          <w:tcPr>
            <w:tcW w:w="175" w:type="pct"/>
            <w:vMerge/>
          </w:tcPr>
          <w:p w14:paraId="58EABF41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</w:tcPr>
          <w:p w14:paraId="6DC23DCB" w14:textId="77777777" w:rsidR="00997493" w:rsidRPr="00545F87" w:rsidRDefault="00997493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4. Kraj pochodzenia</w:t>
            </w: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FC97B2C" w14:textId="77777777" w:rsidR="00997493" w:rsidRPr="00545F87" w:rsidRDefault="00997493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5. Kraj powrotnego wywozu</w:t>
            </w:r>
          </w:p>
        </w:tc>
      </w:tr>
      <w:tr w:rsidR="00997493" w:rsidRPr="00545F87" w14:paraId="2D82C3E3" w14:textId="77777777" w:rsidTr="00556D5C">
        <w:trPr>
          <w:trHeight w:hRule="exact" w:val="454"/>
          <w:jc w:val="center"/>
        </w:trPr>
        <w:tc>
          <w:tcPr>
            <w:tcW w:w="175" w:type="pct"/>
            <w:vMerge/>
          </w:tcPr>
          <w:p w14:paraId="7FC37C25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097EA0A4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A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9E5572B" w14:textId="5E7E0FAC" w:rsidR="00997493" w:rsidRPr="00556D5C" w:rsidRDefault="00997493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</w:t>
            </w:r>
            <w:r w:rsidR="00545F87" w:rsidRPr="00556D5C">
              <w:rPr>
                <w:szCs w:val="14"/>
              </w:rPr>
              <w:t xml:space="preserve">, </w:t>
            </w:r>
            <w:r w:rsidRPr="00556D5C">
              <w:rPr>
                <w:szCs w:val="14"/>
              </w:rPr>
              <w:t>w tym numer</w:t>
            </w:r>
            <w:r w:rsidR="00545F87" w:rsidRPr="00556D5C">
              <w:rPr>
                <w:szCs w:val="14"/>
              </w:rPr>
              <w:t xml:space="preserve"> </w:t>
            </w:r>
            <w:r w:rsidRPr="00556D5C">
              <w:rPr>
                <w:szCs w:val="14"/>
              </w:rPr>
              <w:t xml:space="preserve">dokumentu </w:t>
            </w:r>
            <w:r w:rsidR="00545F87" w:rsidRPr="00556D5C">
              <w:rPr>
                <w:szCs w:val="14"/>
              </w:rPr>
              <w:t>(</w:t>
            </w:r>
            <w:r w:rsidRPr="00556D5C">
              <w:rPr>
                <w:szCs w:val="14"/>
              </w:rPr>
              <w:t>powrotnego</w:t>
            </w:r>
            <w:r w:rsidR="00545F87" w:rsidRPr="00556D5C">
              <w:rPr>
                <w:szCs w:val="14"/>
              </w:rPr>
              <w:t>)</w:t>
            </w:r>
            <w:r w:rsidRPr="00556D5C">
              <w:rPr>
                <w:szCs w:val="14"/>
              </w:rPr>
              <w:t xml:space="preserve"> wywozu dla gatunków</w:t>
            </w:r>
            <w:r w:rsidR="00545F87" w:rsidRPr="00556D5C">
              <w:rPr>
                <w:szCs w:val="14"/>
              </w:rPr>
              <w:t xml:space="preserve"> </w:t>
            </w:r>
            <w:r w:rsidRPr="00556D5C">
              <w:rPr>
                <w:szCs w:val="14"/>
              </w:rPr>
              <w:t xml:space="preserve">z </w:t>
            </w:r>
            <w:r w:rsidR="00545F87" w:rsidRPr="00556D5C">
              <w:rPr>
                <w:szCs w:val="14"/>
              </w:rPr>
              <w:t>Załącznika</w:t>
            </w:r>
            <w:r w:rsidRPr="00556D5C">
              <w:rPr>
                <w:szCs w:val="14"/>
              </w:rPr>
              <w:t xml:space="preserve">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E4DF12D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006B11F" w14:textId="524FA373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8. Ilość </w:t>
            </w:r>
          </w:p>
        </w:tc>
        <w:tc>
          <w:tcPr>
            <w:tcW w:w="994" w:type="pct"/>
          </w:tcPr>
          <w:p w14:paraId="1F2A1C0C" w14:textId="79A7D36B" w:rsidR="00997493" w:rsidRPr="00556D5C" w:rsidRDefault="00997493" w:rsidP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997493" w:rsidRPr="00545F87" w14:paraId="6C66A1B9" w14:textId="77777777" w:rsidTr="00556D5C">
        <w:trPr>
          <w:trHeight w:hRule="exact" w:val="454"/>
          <w:jc w:val="center"/>
        </w:trPr>
        <w:tc>
          <w:tcPr>
            <w:tcW w:w="175" w:type="pct"/>
            <w:vMerge/>
          </w:tcPr>
          <w:p w14:paraId="0CA1B8E7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333F3CCD" w14:textId="77777777" w:rsidR="00997493" w:rsidRPr="00556D5C" w:rsidRDefault="00997493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1C0C57DF" w14:textId="77777777" w:rsidR="00997493" w:rsidRPr="00556D5C" w:rsidRDefault="00997493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093BFDC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F341716" w14:textId="14A04289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10. </w:t>
            </w:r>
            <w:r w:rsidR="00997493" w:rsidRPr="00556D5C">
              <w:rPr>
                <w:szCs w:val="14"/>
              </w:rPr>
              <w:t>Załącznik CITES</w:t>
            </w:r>
          </w:p>
        </w:tc>
      </w:tr>
      <w:tr w:rsidR="00997493" w:rsidRPr="00545F87" w14:paraId="4FD48085" w14:textId="77777777" w:rsidTr="00556D5C">
        <w:trPr>
          <w:trHeight w:hRule="exact" w:val="454"/>
          <w:jc w:val="center"/>
        </w:trPr>
        <w:tc>
          <w:tcPr>
            <w:tcW w:w="175" w:type="pct"/>
            <w:vMerge/>
          </w:tcPr>
          <w:p w14:paraId="38572447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02178B31" w14:textId="77777777" w:rsidR="00997493" w:rsidRPr="00556D5C" w:rsidRDefault="00997493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5C4390A5" w14:textId="77777777" w:rsidR="00997493" w:rsidRPr="00556D5C" w:rsidRDefault="00997493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710EC7A" w14:textId="4B10479A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</w:t>
            </w:r>
            <w:r w:rsidR="00545F87" w:rsidRPr="00556D5C">
              <w:rPr>
                <w:szCs w:val="14"/>
              </w:rPr>
              <w:t>2</w:t>
            </w:r>
            <w:r w:rsidRPr="00556D5C">
              <w:rPr>
                <w:szCs w:val="14"/>
              </w:rPr>
              <w:t>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F4CC954" w14:textId="3BF18DAA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997493" w:rsidRPr="00556D5C">
              <w:rPr>
                <w:szCs w:val="14"/>
              </w:rPr>
              <w:t>Załącznik UE</w:t>
            </w:r>
          </w:p>
        </w:tc>
      </w:tr>
      <w:tr w:rsidR="00997493" w:rsidRPr="00545F87" w14:paraId="36474526" w14:textId="77777777" w:rsidTr="00556D5C">
        <w:trPr>
          <w:trHeight w:hRule="exact" w:val="454"/>
          <w:jc w:val="center"/>
        </w:trPr>
        <w:tc>
          <w:tcPr>
            <w:tcW w:w="175" w:type="pct"/>
            <w:vMerge/>
          </w:tcPr>
          <w:p w14:paraId="26534276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63298208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B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A6E4C97" w14:textId="010D7E08" w:rsidR="00997493" w:rsidRPr="00556D5C" w:rsidRDefault="00545F87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47D14FA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2815366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4D9A5F4F" w14:textId="3487A25F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997493" w:rsidRPr="00545F87" w14:paraId="0D6B54C4" w14:textId="77777777" w:rsidTr="00556D5C">
        <w:trPr>
          <w:trHeight w:hRule="exact" w:val="454"/>
          <w:jc w:val="center"/>
        </w:trPr>
        <w:tc>
          <w:tcPr>
            <w:tcW w:w="175" w:type="pct"/>
            <w:vMerge/>
          </w:tcPr>
          <w:p w14:paraId="67348869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65621A87" w14:textId="77777777" w:rsidR="00997493" w:rsidRPr="00556D5C" w:rsidRDefault="00997493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7FA0ACF1" w14:textId="77777777" w:rsidR="00997493" w:rsidRPr="00556D5C" w:rsidRDefault="00997493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2179C13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ECB6EEC" w14:textId="3E7959E8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10. </w:t>
            </w:r>
            <w:r w:rsidR="00997493" w:rsidRPr="00556D5C">
              <w:rPr>
                <w:szCs w:val="14"/>
              </w:rPr>
              <w:t>Załącznik CITES</w:t>
            </w:r>
          </w:p>
        </w:tc>
      </w:tr>
      <w:tr w:rsidR="00997493" w:rsidRPr="00545F87" w14:paraId="65E20231" w14:textId="77777777" w:rsidTr="00556D5C">
        <w:trPr>
          <w:trHeight w:hRule="exact" w:val="454"/>
          <w:jc w:val="center"/>
        </w:trPr>
        <w:tc>
          <w:tcPr>
            <w:tcW w:w="175" w:type="pct"/>
            <w:vMerge/>
            <w:tcBorders>
              <w:bottom w:val="single" w:sz="4" w:space="0" w:color="auto"/>
            </w:tcBorders>
          </w:tcPr>
          <w:p w14:paraId="699F8E96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bottom w:val="single" w:sz="4" w:space="0" w:color="auto"/>
            </w:tcBorders>
          </w:tcPr>
          <w:p w14:paraId="292DF0DA" w14:textId="77777777" w:rsidR="00997493" w:rsidRPr="00556D5C" w:rsidRDefault="00997493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bottom w:val="single" w:sz="4" w:space="0" w:color="auto"/>
            </w:tcBorders>
          </w:tcPr>
          <w:p w14:paraId="627DA54C" w14:textId="77777777" w:rsidR="00997493" w:rsidRPr="00556D5C" w:rsidRDefault="00997493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93B471A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22378E7" w14:textId="27B489D3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997493" w:rsidRPr="00556D5C">
              <w:rPr>
                <w:szCs w:val="14"/>
              </w:rPr>
              <w:t>Załącznik UE</w:t>
            </w:r>
          </w:p>
        </w:tc>
      </w:tr>
      <w:tr w:rsidR="00997493" w:rsidRPr="00545F87" w14:paraId="0DD2563D" w14:textId="77777777" w:rsidTr="00556D5C">
        <w:trPr>
          <w:trHeight w:hRule="exact" w:val="454"/>
          <w:jc w:val="center"/>
        </w:trPr>
        <w:tc>
          <w:tcPr>
            <w:tcW w:w="175" w:type="pct"/>
            <w:tcBorders>
              <w:bottom w:val="single" w:sz="4" w:space="0" w:color="auto"/>
            </w:tcBorders>
          </w:tcPr>
          <w:p w14:paraId="2A7B0E8F" w14:textId="66FE5AA0" w:rsidR="00997493" w:rsidRPr="00545F87" w:rsidRDefault="00997493">
            <w:pPr>
              <w:rPr>
                <w:b/>
                <w:bCs/>
                <w:szCs w:val="14"/>
              </w:rPr>
            </w:pPr>
            <w:r w:rsidRPr="00545F87">
              <w:rPr>
                <w:b/>
                <w:bCs/>
                <w:szCs w:val="14"/>
              </w:rPr>
              <w:t>1</w:t>
            </w: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4DEA47FC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C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FD865B1" w14:textId="4C2BEECA" w:rsidR="00997493" w:rsidRPr="00556D5C" w:rsidRDefault="00545F87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BC1F44C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660B463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7AC5B58A" w14:textId="526CF5BF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1C251D" w:rsidRPr="00545F87" w14:paraId="3DA59DAA" w14:textId="77777777" w:rsidTr="00556D5C">
        <w:trPr>
          <w:trHeight w:hRule="exact" w:val="454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43133D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5E406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bottom w:val="single" w:sz="4" w:space="0" w:color="auto"/>
            </w:tcBorders>
          </w:tcPr>
          <w:p w14:paraId="7D49A45A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D32F960" w14:textId="417C0AD0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</w:t>
            </w:r>
            <w:r w:rsidR="000B5D9F" w:rsidRPr="00556D5C">
              <w:rPr>
                <w:szCs w:val="14"/>
              </w:rPr>
              <w:t>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79581E8" w14:textId="77C31EE5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11. </w:t>
            </w:r>
            <w:r w:rsidR="000B5D9F" w:rsidRPr="00556D5C">
              <w:rPr>
                <w:szCs w:val="14"/>
              </w:rPr>
              <w:t>Załącznik CITES</w:t>
            </w:r>
          </w:p>
        </w:tc>
      </w:tr>
      <w:tr w:rsidR="001C251D" w:rsidRPr="00545F87" w14:paraId="62C4AF5E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9E4A51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5CACE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9248AF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3FB2130" w14:textId="78D8ED5E" w:rsidR="001C251D" w:rsidRPr="00556D5C" w:rsidRDefault="000B5D9F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</w:t>
            </w:r>
            <w:r w:rsidR="00545F87" w:rsidRPr="00556D5C">
              <w:rPr>
                <w:szCs w:val="14"/>
              </w:rPr>
              <w:t>2</w:t>
            </w:r>
            <w:r w:rsidRPr="00556D5C">
              <w:rPr>
                <w:szCs w:val="14"/>
              </w:rPr>
              <w:t>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4351071" w14:textId="5258A5DB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0B5D9F" w:rsidRPr="00556D5C">
              <w:rPr>
                <w:szCs w:val="14"/>
              </w:rPr>
              <w:t>Załącznik UE</w:t>
            </w:r>
          </w:p>
        </w:tc>
      </w:tr>
      <w:tr w:rsidR="00997493" w:rsidRPr="00545F87" w14:paraId="680744B8" w14:textId="77777777" w:rsidTr="00556D5C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888DB4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47B10317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D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CD054E1" w14:textId="3108EC4F" w:rsidR="00997493" w:rsidRPr="00556D5C" w:rsidRDefault="00545F87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F553F8A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3F91E8E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54735817" w14:textId="391C750E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1C251D" w:rsidRPr="00545F87" w14:paraId="5F7C9248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422ED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CE75E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E4D1FF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858FD19" w14:textId="149B66E5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</w:t>
            </w:r>
            <w:r w:rsidR="000B5D9F" w:rsidRPr="00556D5C">
              <w:rPr>
                <w:szCs w:val="14"/>
              </w:rPr>
              <w:t>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8F2A3A4" w14:textId="7A576271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11. </w:t>
            </w:r>
            <w:r w:rsidR="000B5D9F" w:rsidRPr="00556D5C">
              <w:rPr>
                <w:szCs w:val="14"/>
              </w:rPr>
              <w:t>Załącznik CITES</w:t>
            </w:r>
          </w:p>
        </w:tc>
      </w:tr>
      <w:tr w:rsidR="001C251D" w:rsidRPr="00545F87" w14:paraId="1A924130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04CDD7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98A58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E1D389E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211FFC2" w14:textId="160498C3" w:rsidR="001C251D" w:rsidRPr="00556D5C" w:rsidRDefault="000B5D9F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</w:t>
            </w:r>
            <w:r w:rsidR="00545F87" w:rsidRPr="00556D5C">
              <w:rPr>
                <w:szCs w:val="14"/>
              </w:rPr>
              <w:t>2</w:t>
            </w:r>
            <w:r w:rsidRPr="00556D5C">
              <w:rPr>
                <w:szCs w:val="14"/>
              </w:rPr>
              <w:t>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78D80C8" w14:textId="472974DE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0B5D9F" w:rsidRPr="00556D5C">
              <w:rPr>
                <w:szCs w:val="14"/>
              </w:rPr>
              <w:t>Załącznik UE</w:t>
            </w:r>
          </w:p>
        </w:tc>
      </w:tr>
      <w:tr w:rsidR="00997493" w:rsidRPr="00545F87" w14:paraId="2DFE8360" w14:textId="77777777" w:rsidTr="00556D5C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DBA1AE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3FD688D9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E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44CB165" w14:textId="465D087B" w:rsidR="00997493" w:rsidRPr="00556D5C" w:rsidRDefault="00545F87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D3E2AE3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F44939B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45000CF9" w14:textId="13C37DAB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1C251D" w:rsidRPr="00545F87" w14:paraId="0C1E9FA6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02C854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BF8CF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15032D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227B75B" w14:textId="2CF6FD40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</w:t>
            </w:r>
            <w:r w:rsidR="000B5D9F" w:rsidRPr="00556D5C">
              <w:rPr>
                <w:szCs w:val="14"/>
              </w:rPr>
              <w:t>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8B1E803" w14:textId="2DEA161A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11. </w:t>
            </w:r>
            <w:r w:rsidR="000B5D9F" w:rsidRPr="00556D5C">
              <w:rPr>
                <w:szCs w:val="14"/>
              </w:rPr>
              <w:t>Załącznik CITES</w:t>
            </w:r>
          </w:p>
        </w:tc>
      </w:tr>
      <w:tr w:rsidR="001C251D" w:rsidRPr="00545F87" w14:paraId="7C0E49A6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DF4DA4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2581B" w14:textId="77777777" w:rsidR="001C251D" w:rsidRPr="00556D5C" w:rsidRDefault="001C251D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EAE13F" w14:textId="77777777" w:rsidR="001C251D" w:rsidRPr="00556D5C" w:rsidRDefault="001C251D" w:rsidP="00997493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BCFF4C4" w14:textId="336E43C4" w:rsidR="001C251D" w:rsidRPr="00556D5C" w:rsidRDefault="000B5D9F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</w:t>
            </w:r>
            <w:r w:rsidR="00545F87" w:rsidRPr="00556D5C">
              <w:rPr>
                <w:szCs w:val="14"/>
              </w:rPr>
              <w:t>2</w:t>
            </w:r>
            <w:r w:rsidRPr="00556D5C">
              <w:rPr>
                <w:szCs w:val="14"/>
              </w:rPr>
              <w:t>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3EDFCF7" w14:textId="006F6F81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0B5D9F" w:rsidRPr="00556D5C">
              <w:rPr>
                <w:szCs w:val="14"/>
              </w:rPr>
              <w:t>Załącznik UE</w:t>
            </w:r>
          </w:p>
        </w:tc>
      </w:tr>
      <w:tr w:rsidR="00997493" w:rsidRPr="00545F87" w14:paraId="3BE1097D" w14:textId="77777777" w:rsidTr="00556D5C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2C4ECE" w14:textId="77777777" w:rsidR="00997493" w:rsidRPr="00545F87" w:rsidRDefault="00997493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7DD80515" w14:textId="77777777" w:rsidR="00997493" w:rsidRPr="00556D5C" w:rsidRDefault="00997493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F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347E512" w14:textId="7D58766C" w:rsidR="00997493" w:rsidRPr="00556D5C" w:rsidRDefault="00545F87" w:rsidP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82BD9DA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410BDBE" w14:textId="77777777" w:rsidR="00997493" w:rsidRPr="00556D5C" w:rsidRDefault="00997493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255152C5" w14:textId="4DB8CBF5" w:rsidR="00997493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1C251D" w:rsidRPr="00545F87" w14:paraId="0AB25D90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5C38C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BA21D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A6D440" w14:textId="77777777" w:rsidR="001C251D" w:rsidRPr="00556D5C" w:rsidRDefault="001C251D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429916A" w14:textId="24CB255E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10. </w:t>
            </w:r>
            <w:r w:rsidR="000B5D9F" w:rsidRPr="00556D5C">
              <w:rPr>
                <w:szCs w:val="14"/>
              </w:rPr>
              <w:t>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9BC5FC2" w14:textId="05FA9218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11. </w:t>
            </w:r>
            <w:r w:rsidR="000B5D9F" w:rsidRPr="00556D5C">
              <w:rPr>
                <w:szCs w:val="14"/>
              </w:rPr>
              <w:t>Załącznik CITES</w:t>
            </w:r>
          </w:p>
        </w:tc>
      </w:tr>
      <w:tr w:rsidR="001C251D" w:rsidRPr="00545F87" w14:paraId="2096924B" w14:textId="77777777" w:rsidTr="00556D5C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BC06BF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BB863" w14:textId="77777777" w:rsidR="001C251D" w:rsidRPr="00545F87" w:rsidRDefault="001C251D">
            <w:pPr>
              <w:rPr>
                <w:szCs w:val="14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BD7020" w14:textId="77777777" w:rsidR="001C251D" w:rsidRPr="00556D5C" w:rsidRDefault="001C251D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E836460" w14:textId="76E5E3D1" w:rsidR="001C251D" w:rsidRPr="00556D5C" w:rsidRDefault="000B5D9F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</w:t>
            </w:r>
            <w:r w:rsidR="00545F87" w:rsidRPr="00556D5C">
              <w:rPr>
                <w:szCs w:val="14"/>
              </w:rPr>
              <w:t>2</w:t>
            </w:r>
            <w:r w:rsidRPr="00556D5C">
              <w:rPr>
                <w:szCs w:val="14"/>
              </w:rPr>
              <w:t>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1AE8E52" w14:textId="6C61D2B7" w:rsidR="001C251D" w:rsidRPr="00556D5C" w:rsidRDefault="00545F87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13. </w:t>
            </w:r>
            <w:r w:rsidR="000B5D9F" w:rsidRPr="00556D5C">
              <w:rPr>
                <w:szCs w:val="14"/>
              </w:rPr>
              <w:t>Załącznik UE</w:t>
            </w:r>
          </w:p>
        </w:tc>
      </w:tr>
      <w:tr w:rsidR="00556D5C" w:rsidRPr="00545F87" w14:paraId="07B6D7C7" w14:textId="77777777" w:rsidTr="00556D5C">
        <w:trPr>
          <w:trHeight w:hRule="exact" w:val="45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5EFCDA" w14:textId="77777777" w:rsidR="00556D5C" w:rsidRPr="00545F87" w:rsidRDefault="00556D5C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8FEE8" w14:textId="5C3734BE" w:rsidR="00556D5C" w:rsidRPr="00545F87" w:rsidRDefault="00556D5C" w:rsidP="00556D5C">
            <w:pPr>
              <w:rPr>
                <w:szCs w:val="14"/>
              </w:rPr>
            </w:pPr>
            <w:r w:rsidRPr="00545F87">
              <w:rPr>
                <w:szCs w:val="14"/>
              </w:rPr>
              <w:t>14. Dla powyższych gatunków, które należą do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 xml:space="preserve">gatunków </w:t>
            </w:r>
            <w:r>
              <w:rPr>
                <w:szCs w:val="14"/>
              </w:rPr>
              <w:t>w</w:t>
            </w:r>
            <w:r w:rsidRPr="00545F87">
              <w:rPr>
                <w:szCs w:val="14"/>
              </w:rPr>
              <w:t xml:space="preserve">ymienionych w </w:t>
            </w:r>
            <w:r>
              <w:rPr>
                <w:szCs w:val="14"/>
              </w:rPr>
              <w:t>Z</w:t>
            </w:r>
            <w:r w:rsidRPr="00545F87">
              <w:rPr>
                <w:szCs w:val="14"/>
              </w:rPr>
              <w:t>ałączniku III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>CITES, załączam niezbędne dokumenty z kraju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>(powrotnego) wywozu.</w:t>
            </w:r>
          </w:p>
        </w:tc>
        <w:tc>
          <w:tcPr>
            <w:tcW w:w="2629" w:type="pct"/>
            <w:gridSpan w:val="3"/>
            <w:vMerge w:val="restart"/>
            <w:tcBorders>
              <w:left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4D0C231" w14:textId="412DA5E8" w:rsidR="00556D5C" w:rsidRPr="00545F87" w:rsidRDefault="00556D5C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15. Oficjalna pieczęć granicznego urzędu celnego:</w:t>
            </w:r>
          </w:p>
        </w:tc>
      </w:tr>
      <w:tr w:rsidR="00556D5C" w:rsidRPr="00545F87" w14:paraId="7D5DE4A1" w14:textId="77777777" w:rsidTr="00556D5C">
        <w:trPr>
          <w:trHeight w:hRule="exact" w:val="62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8A5DCE" w14:textId="77777777" w:rsidR="00556D5C" w:rsidRPr="00545F87" w:rsidRDefault="00556D5C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3D8CB1" w14:textId="77777777" w:rsidR="00556D5C" w:rsidRPr="00545F87" w:rsidRDefault="00556D5C" w:rsidP="00556D5C">
            <w:pPr>
              <w:rPr>
                <w:szCs w:val="14"/>
              </w:rPr>
            </w:pPr>
          </w:p>
        </w:tc>
        <w:tc>
          <w:tcPr>
            <w:tcW w:w="2629" w:type="pct"/>
            <w:gridSpan w:val="3"/>
            <w:vMerge/>
            <w:tcBorders>
              <w:left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B4B2883" w14:textId="77777777" w:rsidR="00556D5C" w:rsidRPr="00545F87" w:rsidRDefault="00556D5C">
            <w:pPr>
              <w:spacing w:line="240" w:lineRule="auto"/>
              <w:rPr>
                <w:szCs w:val="14"/>
              </w:rPr>
            </w:pPr>
          </w:p>
        </w:tc>
      </w:tr>
      <w:tr w:rsidR="00556D5C" w:rsidRPr="00545F87" w14:paraId="2F3774D6" w14:textId="77777777" w:rsidTr="00556D5C">
        <w:trPr>
          <w:trHeight w:hRule="exact" w:val="62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4302BD" w14:textId="77777777" w:rsidR="00556D5C" w:rsidRPr="00545F87" w:rsidRDefault="00556D5C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A2728D5" w14:textId="14B68BEE" w:rsidR="00556D5C" w:rsidRDefault="00556D5C" w:rsidP="00556D5C">
            <w:pPr>
              <w:jc w:val="center"/>
              <w:rPr>
                <w:szCs w:val="14"/>
              </w:rPr>
            </w:pPr>
            <w:r>
              <w:rPr>
                <w:szCs w:val="14"/>
              </w:rPr>
              <w:t>_________________________________________</w:t>
            </w:r>
          </w:p>
          <w:p w14:paraId="01CCCF93" w14:textId="1469CE97" w:rsidR="00556D5C" w:rsidRPr="00545F87" w:rsidRDefault="00556D5C" w:rsidP="00556D5C">
            <w:pPr>
              <w:jc w:val="center"/>
              <w:rPr>
                <w:szCs w:val="14"/>
              </w:rPr>
            </w:pPr>
            <w:r>
              <w:rPr>
                <w:szCs w:val="14"/>
              </w:rPr>
              <w:t>Podpis importera lub jego pełnomocnika</w:t>
            </w:r>
          </w:p>
        </w:tc>
        <w:tc>
          <w:tcPr>
            <w:tcW w:w="2629" w:type="pct"/>
            <w:gridSpan w:val="3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943F5BF" w14:textId="77777777" w:rsidR="00556D5C" w:rsidRPr="00545F87" w:rsidRDefault="00556D5C">
            <w:pPr>
              <w:spacing w:line="240" w:lineRule="auto"/>
              <w:rPr>
                <w:szCs w:val="14"/>
              </w:rPr>
            </w:pPr>
          </w:p>
        </w:tc>
      </w:tr>
    </w:tbl>
    <w:p w14:paraId="4073036C" w14:textId="6E8FB469" w:rsidR="00556D5C" w:rsidRDefault="00556D5C"/>
    <w:p w14:paraId="1A092525" w14:textId="77777777" w:rsidR="00556D5C" w:rsidRDefault="00556D5C">
      <w:pPr>
        <w:spacing w:after="200"/>
      </w:pPr>
      <w:r>
        <w:br w:type="page"/>
      </w:r>
    </w:p>
    <w:p w14:paraId="6A76E72E" w14:textId="42551917" w:rsidR="001C251D" w:rsidRDefault="00556D5C" w:rsidP="00556D5C">
      <w:pPr>
        <w:spacing w:after="60"/>
        <w:ind w:left="142"/>
      </w:pPr>
      <w:r w:rsidRPr="00997493">
        <w:rPr>
          <w:b/>
          <w:sz w:val="16"/>
        </w:rPr>
        <w:lastRenderedPageBreak/>
        <w:t>UNIA EUROPEJSKA</w:t>
      </w: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"/>
        <w:gridCol w:w="265"/>
        <w:gridCol w:w="3868"/>
        <w:gridCol w:w="1702"/>
        <w:gridCol w:w="1376"/>
        <w:gridCol w:w="1871"/>
      </w:tblGrid>
      <w:tr w:rsidR="00556D5C" w:rsidRPr="00545F87" w14:paraId="3501C79E" w14:textId="77777777" w:rsidTr="001D1932">
        <w:trPr>
          <w:trHeight w:hRule="exact" w:val="340"/>
          <w:jc w:val="center"/>
        </w:trPr>
        <w:tc>
          <w:tcPr>
            <w:tcW w:w="175" w:type="pc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3E7B3A9C" w14:textId="0915FAD5" w:rsidR="00556D5C" w:rsidRPr="00545F87" w:rsidRDefault="00556D5C" w:rsidP="001D1932">
            <w:pPr>
              <w:spacing w:line="240" w:lineRule="auto"/>
              <w:jc w:val="center"/>
              <w:rPr>
                <w:b/>
                <w:szCs w:val="14"/>
              </w:rPr>
            </w:pPr>
            <w:r>
              <w:rPr>
                <w:b/>
                <w:szCs w:val="14"/>
              </w:rPr>
              <w:t>2</w:t>
            </w:r>
          </w:p>
        </w:tc>
        <w:tc>
          <w:tcPr>
            <w:tcW w:w="2196" w:type="pct"/>
            <w:gridSpan w:val="2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884489E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1. Importer</w:t>
            </w:r>
          </w:p>
        </w:tc>
        <w:tc>
          <w:tcPr>
            <w:tcW w:w="1635" w:type="pct"/>
            <w:gridSpan w:val="2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5E295FD" w14:textId="77777777" w:rsidR="00556D5C" w:rsidRPr="00545F87" w:rsidRDefault="00556D5C" w:rsidP="001D1932">
            <w:pPr>
              <w:spacing w:line="240" w:lineRule="auto"/>
              <w:rPr>
                <w:b/>
                <w:szCs w:val="14"/>
              </w:rPr>
            </w:pPr>
            <w:r w:rsidRPr="00545F87">
              <w:rPr>
                <w:b/>
                <w:sz w:val="18"/>
                <w:szCs w:val="18"/>
              </w:rPr>
              <w:t>POWIADOMIENIE O PRZYWOZIE</w:t>
            </w:r>
          </w:p>
        </w:tc>
        <w:tc>
          <w:tcPr>
            <w:tcW w:w="99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0A0D46B" w14:textId="77777777" w:rsidR="00556D5C" w:rsidRPr="00545F87" w:rsidRDefault="00556D5C" w:rsidP="001D1932">
            <w:pPr>
              <w:spacing w:line="240" w:lineRule="auto"/>
              <w:rPr>
                <w:b/>
                <w:szCs w:val="14"/>
              </w:rPr>
            </w:pPr>
            <w:r w:rsidRPr="00545F87">
              <w:rPr>
                <w:b/>
                <w:sz w:val="18"/>
                <w:szCs w:val="18"/>
              </w:rPr>
              <w:t>Nr</w:t>
            </w:r>
          </w:p>
        </w:tc>
      </w:tr>
      <w:tr w:rsidR="00556D5C" w:rsidRPr="00545F87" w14:paraId="37BD4462" w14:textId="77777777" w:rsidTr="001D1932">
        <w:trPr>
          <w:trHeight w:hRule="exact" w:val="150"/>
          <w:jc w:val="center"/>
        </w:trPr>
        <w:tc>
          <w:tcPr>
            <w:tcW w:w="175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textDirection w:val="btLr"/>
            <w:vAlign w:val="center"/>
          </w:tcPr>
          <w:p w14:paraId="2053BB76" w14:textId="7A2FC3BE" w:rsidR="00556D5C" w:rsidRPr="00545F87" w:rsidRDefault="00556D5C" w:rsidP="001D1932">
            <w:pPr>
              <w:spacing w:line="240" w:lineRule="auto"/>
              <w:jc w:val="center"/>
              <w:rPr>
                <w:szCs w:val="14"/>
              </w:rPr>
            </w:pPr>
            <w:r>
              <w:rPr>
                <w:b/>
                <w:sz w:val="18"/>
                <w:szCs w:val="18"/>
              </w:rPr>
              <w:t>KOPIA dla importera</w:t>
            </w:r>
          </w:p>
        </w:tc>
        <w:tc>
          <w:tcPr>
            <w:tcW w:w="2196" w:type="pct"/>
            <w:gridSpan w:val="2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74B72A6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</w:p>
        </w:tc>
        <w:tc>
          <w:tcPr>
            <w:tcW w:w="1635" w:type="pct"/>
            <w:gridSpan w:val="2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47A2528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</w:p>
        </w:tc>
        <w:tc>
          <w:tcPr>
            <w:tcW w:w="994" w:type="pct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CF03F68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</w:p>
        </w:tc>
      </w:tr>
      <w:tr w:rsidR="00556D5C" w:rsidRPr="00545F87" w14:paraId="6E25C344" w14:textId="77777777" w:rsidTr="001D1932">
        <w:trPr>
          <w:trHeight w:hRule="exact" w:val="680"/>
          <w:jc w:val="center"/>
        </w:trPr>
        <w:tc>
          <w:tcPr>
            <w:tcW w:w="175" w:type="pct"/>
            <w:vMerge/>
          </w:tcPr>
          <w:p w14:paraId="72F54801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/>
          </w:tcPr>
          <w:p w14:paraId="46D8377D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FD58A41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b/>
                <w:szCs w:val="14"/>
              </w:rPr>
              <w:t>Rozporządzenie Rady (WE) nr 338/97 oraz rozporządzenie</w:t>
            </w:r>
            <w:r w:rsidRPr="00545F87">
              <w:rPr>
                <w:b/>
                <w:szCs w:val="14"/>
              </w:rPr>
              <w:br/>
              <w:t>Komisji (WE) nr 865/2006 w sprawie ochrony gatunków dzikiej</w:t>
            </w:r>
            <w:r w:rsidRPr="00545F87">
              <w:rPr>
                <w:b/>
                <w:szCs w:val="14"/>
              </w:rPr>
              <w:br/>
              <w:t>fauny i flory w drodze regulacji handlu nimi</w:t>
            </w:r>
          </w:p>
        </w:tc>
      </w:tr>
      <w:tr w:rsidR="00556D5C" w:rsidRPr="00545F87" w14:paraId="5C6BA209" w14:textId="77777777" w:rsidTr="001D1932">
        <w:trPr>
          <w:trHeight w:hRule="exact" w:val="408"/>
          <w:jc w:val="center"/>
        </w:trPr>
        <w:tc>
          <w:tcPr>
            <w:tcW w:w="175" w:type="pct"/>
            <w:vMerge/>
          </w:tcPr>
          <w:p w14:paraId="39C0F805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</w:tcPr>
          <w:p w14:paraId="3AF7BC72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2. Państwo członkowskie przywozu</w:t>
            </w: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D053914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3. Data przywozu</w:t>
            </w:r>
          </w:p>
        </w:tc>
      </w:tr>
      <w:tr w:rsidR="00556D5C" w:rsidRPr="00545F87" w14:paraId="164FF80C" w14:textId="77777777" w:rsidTr="001D1932">
        <w:trPr>
          <w:trHeight w:hRule="exact" w:val="408"/>
          <w:jc w:val="center"/>
        </w:trPr>
        <w:tc>
          <w:tcPr>
            <w:tcW w:w="175" w:type="pct"/>
            <w:vMerge/>
          </w:tcPr>
          <w:p w14:paraId="28341115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</w:tcPr>
          <w:p w14:paraId="708015FD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4. Kraj pochodzenia</w:t>
            </w:r>
          </w:p>
        </w:tc>
        <w:tc>
          <w:tcPr>
            <w:tcW w:w="2629" w:type="pct"/>
            <w:gridSpan w:val="3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CD8700F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5. Kraj powrotnego wywozu</w:t>
            </w:r>
          </w:p>
        </w:tc>
      </w:tr>
      <w:tr w:rsidR="00556D5C" w:rsidRPr="00545F87" w14:paraId="3DE3C6A6" w14:textId="77777777" w:rsidTr="001D1932">
        <w:trPr>
          <w:trHeight w:hRule="exact" w:val="454"/>
          <w:jc w:val="center"/>
        </w:trPr>
        <w:tc>
          <w:tcPr>
            <w:tcW w:w="175" w:type="pct"/>
            <w:vMerge/>
          </w:tcPr>
          <w:p w14:paraId="14EB9CEF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2DF0359F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A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345E276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B0DB091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73B9380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 xml:space="preserve">8. Ilość </w:t>
            </w:r>
          </w:p>
        </w:tc>
        <w:tc>
          <w:tcPr>
            <w:tcW w:w="994" w:type="pct"/>
          </w:tcPr>
          <w:p w14:paraId="039673C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78C00301" w14:textId="77777777" w:rsidTr="001D1932">
        <w:trPr>
          <w:trHeight w:hRule="exact" w:val="454"/>
          <w:jc w:val="center"/>
        </w:trPr>
        <w:tc>
          <w:tcPr>
            <w:tcW w:w="175" w:type="pct"/>
            <w:vMerge/>
          </w:tcPr>
          <w:p w14:paraId="66489ABB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0A64DC44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5A62D87F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D185808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9F5E0DB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Załącznik CITES</w:t>
            </w:r>
          </w:p>
        </w:tc>
      </w:tr>
      <w:tr w:rsidR="00556D5C" w:rsidRPr="00545F87" w14:paraId="6B54B296" w14:textId="77777777" w:rsidTr="001D1932">
        <w:trPr>
          <w:trHeight w:hRule="exact" w:val="454"/>
          <w:jc w:val="center"/>
        </w:trPr>
        <w:tc>
          <w:tcPr>
            <w:tcW w:w="175" w:type="pct"/>
            <w:vMerge/>
          </w:tcPr>
          <w:p w14:paraId="79402835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2D537A5B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7689CDB2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FA5214C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12.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CFB2F5D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1307F7A8" w14:textId="77777777" w:rsidTr="001D1932">
        <w:trPr>
          <w:trHeight w:hRule="exact" w:val="454"/>
          <w:jc w:val="center"/>
        </w:trPr>
        <w:tc>
          <w:tcPr>
            <w:tcW w:w="175" w:type="pct"/>
            <w:vMerge/>
          </w:tcPr>
          <w:p w14:paraId="2B54205A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5569D9E9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B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8D9A8D8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12F4135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CE566D1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07A65498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7F67101C" w14:textId="77777777" w:rsidTr="001D1932">
        <w:trPr>
          <w:trHeight w:hRule="exact" w:val="454"/>
          <w:jc w:val="center"/>
        </w:trPr>
        <w:tc>
          <w:tcPr>
            <w:tcW w:w="175" w:type="pct"/>
            <w:vMerge/>
          </w:tcPr>
          <w:p w14:paraId="33B4907E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</w:tcPr>
          <w:p w14:paraId="31180EE9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</w:tcPr>
          <w:p w14:paraId="0300D205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185C755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43CE698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Załącznik CITES</w:t>
            </w:r>
          </w:p>
        </w:tc>
      </w:tr>
      <w:tr w:rsidR="00556D5C" w:rsidRPr="00545F87" w14:paraId="5014A84A" w14:textId="77777777" w:rsidTr="001D1932">
        <w:trPr>
          <w:trHeight w:hRule="exact" w:val="454"/>
          <w:jc w:val="center"/>
        </w:trPr>
        <w:tc>
          <w:tcPr>
            <w:tcW w:w="175" w:type="pct"/>
            <w:vMerge/>
            <w:tcBorders>
              <w:bottom w:val="single" w:sz="4" w:space="0" w:color="auto"/>
            </w:tcBorders>
          </w:tcPr>
          <w:p w14:paraId="2FE1F989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bottom w:val="single" w:sz="4" w:space="0" w:color="auto"/>
            </w:tcBorders>
          </w:tcPr>
          <w:p w14:paraId="0B2EBDE3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bottom w:val="single" w:sz="4" w:space="0" w:color="auto"/>
            </w:tcBorders>
          </w:tcPr>
          <w:p w14:paraId="1B375B06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5ABB971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7F5E9BD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5B36F99A" w14:textId="77777777" w:rsidTr="001D1932">
        <w:trPr>
          <w:trHeight w:hRule="exact" w:val="454"/>
          <w:jc w:val="center"/>
        </w:trPr>
        <w:tc>
          <w:tcPr>
            <w:tcW w:w="175" w:type="pct"/>
            <w:tcBorders>
              <w:bottom w:val="single" w:sz="4" w:space="0" w:color="auto"/>
            </w:tcBorders>
          </w:tcPr>
          <w:p w14:paraId="4388F44D" w14:textId="7B42D7E2" w:rsidR="00556D5C" w:rsidRPr="00545F87" w:rsidRDefault="00556D5C" w:rsidP="001D1932">
            <w:pPr>
              <w:rPr>
                <w:b/>
                <w:bCs/>
                <w:szCs w:val="14"/>
              </w:rPr>
            </w:pPr>
            <w:r>
              <w:rPr>
                <w:b/>
                <w:bCs/>
                <w:szCs w:val="14"/>
              </w:rPr>
              <w:t>2</w:t>
            </w:r>
          </w:p>
        </w:tc>
        <w:tc>
          <w:tcPr>
            <w:tcW w:w="141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78110A82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C</w:t>
            </w:r>
          </w:p>
        </w:tc>
        <w:tc>
          <w:tcPr>
            <w:tcW w:w="2054" w:type="pct"/>
            <w:vMerge w:val="restar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0CD039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40F2367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3CDE9B5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2D8B7C9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32886CC9" w14:textId="77777777" w:rsidTr="001D1932">
        <w:trPr>
          <w:trHeight w:hRule="exact" w:val="454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127FDB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FD883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bottom w:val="single" w:sz="4" w:space="0" w:color="auto"/>
            </w:tcBorders>
          </w:tcPr>
          <w:p w14:paraId="19E1FF45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E0AC03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D7C3EF7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Załącznik CITES</w:t>
            </w:r>
          </w:p>
        </w:tc>
      </w:tr>
      <w:tr w:rsidR="00556D5C" w:rsidRPr="00545F87" w14:paraId="21DDB481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C239CE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0650F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A1C664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C44D147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12.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71D80A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34856D05" w14:textId="77777777" w:rsidTr="001D1932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627BEC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4A38FC61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D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736E172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F737B7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C54BF7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0A428217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51EFDF6F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B42949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0D8DF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ACA686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67D2F6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5B90829E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Załącznik CITES</w:t>
            </w:r>
          </w:p>
        </w:tc>
      </w:tr>
      <w:tr w:rsidR="00556D5C" w:rsidRPr="00545F87" w14:paraId="3B99F573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5B7EB6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900B5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3CEB82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923A63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12.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7ABF9C7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601B9506" w14:textId="77777777" w:rsidTr="001D1932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6A126C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2C518450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E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E4DCB0D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19739155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19B3B08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3B344A85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6E17E152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310224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BD553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A3BE79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CCF0264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2C9BBFC0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Załącznik CITES</w:t>
            </w:r>
          </w:p>
        </w:tc>
      </w:tr>
      <w:tr w:rsidR="00556D5C" w:rsidRPr="00545F87" w14:paraId="2FFD6327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2BE5F3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16921" w14:textId="77777777" w:rsidR="00556D5C" w:rsidRPr="00556D5C" w:rsidRDefault="00556D5C" w:rsidP="001D1932">
            <w:pPr>
              <w:rPr>
                <w:sz w:val="12"/>
                <w:szCs w:val="12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CAE643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EF078EC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12.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A5BD4BD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5C26138A" w14:textId="77777777" w:rsidTr="001D1932">
        <w:trPr>
          <w:trHeight w:hRule="exact" w:val="454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D198D3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  <w:vAlign w:val="center"/>
          </w:tcPr>
          <w:p w14:paraId="51E09F55" w14:textId="77777777" w:rsidR="00556D5C" w:rsidRPr="00556D5C" w:rsidRDefault="00556D5C" w:rsidP="001D1932">
            <w:pPr>
              <w:spacing w:line="240" w:lineRule="auto"/>
              <w:jc w:val="center"/>
              <w:rPr>
                <w:sz w:val="12"/>
                <w:szCs w:val="12"/>
              </w:rPr>
            </w:pPr>
            <w:r w:rsidRPr="00556D5C">
              <w:rPr>
                <w:sz w:val="12"/>
                <w:szCs w:val="12"/>
              </w:rPr>
              <w:t>F</w:t>
            </w:r>
          </w:p>
        </w:tc>
        <w:tc>
          <w:tcPr>
            <w:tcW w:w="2054" w:type="pct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14D6110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6. Opis okazów, w tym numer dokumentu (powrotnego) wywozu dla gatunków z Załącznika III CITES</w:t>
            </w:r>
          </w:p>
        </w:tc>
        <w:tc>
          <w:tcPr>
            <w:tcW w:w="90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00916CD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7. Masa netto (kg)</w:t>
            </w:r>
          </w:p>
        </w:tc>
        <w:tc>
          <w:tcPr>
            <w:tcW w:w="731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6095FA0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8. Ilość</w:t>
            </w:r>
          </w:p>
        </w:tc>
        <w:tc>
          <w:tcPr>
            <w:tcW w:w="994" w:type="pct"/>
          </w:tcPr>
          <w:p w14:paraId="10A67012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9. Źródło</w:t>
            </w:r>
          </w:p>
        </w:tc>
      </w:tr>
      <w:tr w:rsidR="00556D5C" w:rsidRPr="00545F87" w14:paraId="5FD5A99D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88D65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523A0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9472FD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60C20C9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10. Nazwa naukowa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A52A6CB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11. Załącznik CITES</w:t>
            </w:r>
          </w:p>
        </w:tc>
      </w:tr>
      <w:tr w:rsidR="00556D5C" w:rsidRPr="00545F87" w14:paraId="7AE7D315" w14:textId="77777777" w:rsidTr="001D1932">
        <w:trPr>
          <w:trHeight w:hRule="exact" w:val="437"/>
          <w:jc w:val="center"/>
        </w:trPr>
        <w:tc>
          <w:tcPr>
            <w:tcW w:w="17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D8CD25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2C780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054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EC6926" w14:textId="77777777" w:rsidR="00556D5C" w:rsidRPr="00556D5C" w:rsidRDefault="00556D5C" w:rsidP="001D1932">
            <w:pPr>
              <w:rPr>
                <w:szCs w:val="14"/>
              </w:rPr>
            </w:pPr>
          </w:p>
        </w:tc>
        <w:tc>
          <w:tcPr>
            <w:tcW w:w="1635" w:type="pct"/>
            <w:gridSpan w:val="2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368A7CCB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12. Nazwa zwyczajowa gatunku</w:t>
            </w:r>
          </w:p>
        </w:tc>
        <w:tc>
          <w:tcPr>
            <w:tcW w:w="994" w:type="pct"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9E2551B" w14:textId="77777777" w:rsidR="00556D5C" w:rsidRPr="00556D5C" w:rsidRDefault="00556D5C" w:rsidP="001D1932">
            <w:pPr>
              <w:spacing w:line="240" w:lineRule="auto"/>
              <w:rPr>
                <w:szCs w:val="14"/>
              </w:rPr>
            </w:pPr>
            <w:r w:rsidRPr="00556D5C">
              <w:rPr>
                <w:szCs w:val="14"/>
              </w:rPr>
              <w:t>13. Załącznik UE</w:t>
            </w:r>
          </w:p>
        </w:tc>
      </w:tr>
      <w:tr w:rsidR="00556D5C" w:rsidRPr="00545F87" w14:paraId="2E18A792" w14:textId="77777777" w:rsidTr="001D1932">
        <w:trPr>
          <w:trHeight w:hRule="exact" w:val="45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9CA96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FD9D01" w14:textId="77777777" w:rsidR="00556D5C" w:rsidRPr="00545F87" w:rsidRDefault="00556D5C" w:rsidP="001D1932">
            <w:pPr>
              <w:rPr>
                <w:szCs w:val="14"/>
              </w:rPr>
            </w:pPr>
            <w:r w:rsidRPr="00545F87">
              <w:rPr>
                <w:szCs w:val="14"/>
              </w:rPr>
              <w:t>14. Dla powyższych gatunków, które należą do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 xml:space="preserve">gatunków </w:t>
            </w:r>
            <w:r>
              <w:rPr>
                <w:szCs w:val="14"/>
              </w:rPr>
              <w:t>w</w:t>
            </w:r>
            <w:r w:rsidRPr="00545F87">
              <w:rPr>
                <w:szCs w:val="14"/>
              </w:rPr>
              <w:t xml:space="preserve">ymienionych w </w:t>
            </w:r>
            <w:r>
              <w:rPr>
                <w:szCs w:val="14"/>
              </w:rPr>
              <w:t>Z</w:t>
            </w:r>
            <w:r w:rsidRPr="00545F87">
              <w:rPr>
                <w:szCs w:val="14"/>
              </w:rPr>
              <w:t>ałączniku III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>CITES, załączam niezbędne dokumenty z kraju</w:t>
            </w:r>
            <w:r>
              <w:rPr>
                <w:szCs w:val="14"/>
              </w:rPr>
              <w:t xml:space="preserve"> </w:t>
            </w:r>
            <w:r w:rsidRPr="00545F87">
              <w:rPr>
                <w:szCs w:val="14"/>
              </w:rPr>
              <w:t>(powrotnego) wywozu.</w:t>
            </w:r>
          </w:p>
        </w:tc>
        <w:tc>
          <w:tcPr>
            <w:tcW w:w="2629" w:type="pct"/>
            <w:gridSpan w:val="3"/>
            <w:vMerge w:val="restart"/>
            <w:tcBorders>
              <w:left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647D1843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  <w:r w:rsidRPr="00545F87">
              <w:rPr>
                <w:szCs w:val="14"/>
              </w:rPr>
              <w:t>15. Oficjalna pieczęć granicznego urzędu celnego:</w:t>
            </w:r>
          </w:p>
        </w:tc>
      </w:tr>
      <w:tr w:rsidR="00556D5C" w:rsidRPr="00545F87" w14:paraId="05824959" w14:textId="77777777" w:rsidTr="001D1932">
        <w:trPr>
          <w:trHeight w:hRule="exact" w:val="62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E14EBB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8960260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629" w:type="pct"/>
            <w:gridSpan w:val="3"/>
            <w:vMerge/>
            <w:tcBorders>
              <w:left w:val="single" w:sz="4" w:space="0" w:color="auto"/>
            </w:tcBorders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4DE5D752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</w:p>
        </w:tc>
      </w:tr>
      <w:tr w:rsidR="00556D5C" w:rsidRPr="00545F87" w14:paraId="007B8BAE" w14:textId="77777777" w:rsidTr="001D1932">
        <w:trPr>
          <w:trHeight w:hRule="exact" w:val="624"/>
          <w:jc w:val="center"/>
        </w:trPr>
        <w:tc>
          <w:tcPr>
            <w:tcW w:w="1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4485AA" w14:textId="77777777" w:rsidR="00556D5C" w:rsidRPr="00545F87" w:rsidRDefault="00556D5C" w:rsidP="001D1932">
            <w:pPr>
              <w:rPr>
                <w:szCs w:val="14"/>
              </w:rPr>
            </w:pPr>
          </w:p>
        </w:tc>
        <w:tc>
          <w:tcPr>
            <w:tcW w:w="21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C8BCA6" w14:textId="77777777" w:rsidR="00556D5C" w:rsidRDefault="00556D5C" w:rsidP="001D1932">
            <w:pPr>
              <w:jc w:val="center"/>
              <w:rPr>
                <w:szCs w:val="14"/>
              </w:rPr>
            </w:pPr>
            <w:r>
              <w:rPr>
                <w:szCs w:val="14"/>
              </w:rPr>
              <w:t>_________________________________________</w:t>
            </w:r>
          </w:p>
          <w:p w14:paraId="34FA09BE" w14:textId="77777777" w:rsidR="00556D5C" w:rsidRPr="00545F87" w:rsidRDefault="00556D5C" w:rsidP="001D1932">
            <w:pPr>
              <w:jc w:val="center"/>
              <w:rPr>
                <w:szCs w:val="14"/>
              </w:rPr>
            </w:pPr>
            <w:r>
              <w:rPr>
                <w:szCs w:val="14"/>
              </w:rPr>
              <w:t>Podpis importera lub jego pełnomocnika</w:t>
            </w:r>
          </w:p>
        </w:tc>
        <w:tc>
          <w:tcPr>
            <w:tcW w:w="2629" w:type="pct"/>
            <w:gridSpan w:val="3"/>
            <w:vMerge/>
            <w:tcMar>
              <w:top w:w="55" w:type="dxa"/>
              <w:left w:w="55" w:type="dxa"/>
              <w:bottom w:w="40" w:type="dxa"/>
              <w:right w:w="55" w:type="dxa"/>
            </w:tcMar>
          </w:tcPr>
          <w:p w14:paraId="775484E7" w14:textId="77777777" w:rsidR="00556D5C" w:rsidRPr="00545F87" w:rsidRDefault="00556D5C" w:rsidP="001D1932">
            <w:pPr>
              <w:spacing w:line="240" w:lineRule="auto"/>
              <w:rPr>
                <w:szCs w:val="14"/>
              </w:rPr>
            </w:pPr>
          </w:p>
        </w:tc>
      </w:tr>
    </w:tbl>
    <w:p w14:paraId="72A852BE" w14:textId="77777777" w:rsidR="00556D5C" w:rsidRPr="00997493" w:rsidRDefault="00556D5C"/>
    <w:sectPr w:rsidR="00556D5C" w:rsidRPr="00997493" w:rsidSect="0099749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975941">
    <w:abstractNumId w:val="8"/>
  </w:num>
  <w:num w:numId="2" w16cid:durableId="1023364657">
    <w:abstractNumId w:val="6"/>
  </w:num>
  <w:num w:numId="3" w16cid:durableId="1655335294">
    <w:abstractNumId w:val="5"/>
  </w:num>
  <w:num w:numId="4" w16cid:durableId="551616741">
    <w:abstractNumId w:val="4"/>
  </w:num>
  <w:num w:numId="5" w16cid:durableId="414402516">
    <w:abstractNumId w:val="7"/>
  </w:num>
  <w:num w:numId="6" w16cid:durableId="1268660591">
    <w:abstractNumId w:val="3"/>
  </w:num>
  <w:num w:numId="7" w16cid:durableId="219367562">
    <w:abstractNumId w:val="2"/>
  </w:num>
  <w:num w:numId="8" w16cid:durableId="1290165350">
    <w:abstractNumId w:val="1"/>
  </w:num>
  <w:num w:numId="9" w16cid:durableId="75297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D9F"/>
    <w:rsid w:val="0015074B"/>
    <w:rsid w:val="001C251D"/>
    <w:rsid w:val="0029639D"/>
    <w:rsid w:val="00326F90"/>
    <w:rsid w:val="00540894"/>
    <w:rsid w:val="00545F87"/>
    <w:rsid w:val="00556D5C"/>
    <w:rsid w:val="005E4565"/>
    <w:rsid w:val="00997493"/>
    <w:rsid w:val="00AA1D8D"/>
    <w:rsid w:val="00B47730"/>
    <w:rsid w:val="00CB0664"/>
    <w:rsid w:val="00DD5B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5BD01"/>
  <w14:defaultImageDpi w14:val="300"/>
  <w15:docId w15:val="{D005A9F0-DA79-4E27-B494-FD90D9100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1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3512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Willmann Alicja</dc:creator>
  <cp:keywords/>
  <dc:description>generated by python-docx</dc:description>
  <cp:lastModifiedBy>Willmann Alicja</cp:lastModifiedBy>
  <cp:revision>2</cp:revision>
  <dcterms:created xsi:type="dcterms:W3CDTF">2026-09-17T16:13:00Z</dcterms:created>
  <dcterms:modified xsi:type="dcterms:W3CDTF">2026-09-17T16:13:00Z</dcterms:modified>
  <cp:category/>
</cp:coreProperties>
</file>